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DF432" w14:textId="6207F642" w:rsidR="005C17A6" w:rsidRPr="0033280B" w:rsidRDefault="00000000">
      <w:pPr>
        <w:pStyle w:val="Ttulo1"/>
        <w:rPr>
          <w:rFonts w:ascii="Arial" w:hAnsi="Arial" w:cs="Arial"/>
          <w:color w:val="auto"/>
          <w:sz w:val="24"/>
          <w:szCs w:val="24"/>
          <w:lang w:val="pt-BR"/>
        </w:rPr>
      </w:pPr>
      <w:r w:rsidRPr="0033280B">
        <w:rPr>
          <w:rFonts w:ascii="Arial" w:hAnsi="Arial" w:cs="Arial"/>
          <w:color w:val="auto"/>
          <w:sz w:val="24"/>
          <w:szCs w:val="24"/>
          <w:lang w:val="pt-BR"/>
        </w:rPr>
        <w:t>AUTORIZAÇÃO DE USO DE IMAGEM DE PESSOAS RETRATADAS</w:t>
      </w:r>
    </w:p>
    <w:p w14:paraId="12EDF736" w14:textId="2730BB00" w:rsidR="005C17A6" w:rsidRPr="0033280B" w:rsidRDefault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Concurso de Fotografia Dia Mundial da Limpeza 2026 – Pará</w:t>
      </w:r>
      <w:r w:rsidR="00000000" w:rsidRPr="0033280B">
        <w:rPr>
          <w:rFonts w:ascii="Arial" w:hAnsi="Arial" w:cs="Arial"/>
          <w:lang w:val="pt-BR"/>
        </w:rPr>
        <w:br/>
      </w:r>
    </w:p>
    <w:p w14:paraId="5020CF71" w14:textId="2EE99524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Eu, ______________________________________________________________________,</w:t>
      </w:r>
      <w:r w:rsidRPr="00F23D8C">
        <w:rPr>
          <w:rFonts w:ascii="Arial" w:hAnsi="Arial" w:cs="Arial"/>
          <w:lang w:val="pt-BR"/>
        </w:rPr>
        <w:br/>
        <w:t>inscrito(a) no CPF sob o nº ________________________________________________,</w:t>
      </w:r>
    </w:p>
    <w:p w14:paraId="00CA37BD" w14:textId="71566397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 xml:space="preserve">autorizo, de forma gratuita, o uso da minha imagem registrada na </w:t>
      </w:r>
      <w:r>
        <w:rPr>
          <w:rFonts w:ascii="Arial" w:hAnsi="Arial" w:cs="Arial"/>
          <w:lang w:val="pt-BR"/>
        </w:rPr>
        <w:t xml:space="preserve">fotografia </w:t>
      </w:r>
      <w:r w:rsidRPr="00F23D8C">
        <w:rPr>
          <w:rFonts w:ascii="Arial" w:hAnsi="Arial" w:cs="Arial"/>
          <w:lang w:val="pt-BR"/>
        </w:rPr>
        <w:t>participante do Concurso de Fotografia Dia Mundial da Limpeza 2026 – Pará.</w:t>
      </w:r>
      <w:r>
        <w:rPr>
          <w:rFonts w:ascii="Arial" w:hAnsi="Arial" w:cs="Arial"/>
          <w:lang w:val="pt-BR"/>
        </w:rPr>
        <w:t xml:space="preserve"> </w:t>
      </w:r>
      <w:r w:rsidRPr="00F23D8C">
        <w:rPr>
          <w:rFonts w:ascii="Arial" w:hAnsi="Arial" w:cs="Arial"/>
          <w:lang w:val="pt-BR"/>
        </w:rPr>
        <w:t xml:space="preserve">Declaro estar ciente e de acordo com a utilização da minha imagem pelo Instituto Limpa Brasil </w:t>
      </w:r>
      <w:proofErr w:type="spellStart"/>
      <w:r w:rsidRPr="00F23D8C">
        <w:rPr>
          <w:rFonts w:ascii="Arial" w:hAnsi="Arial" w:cs="Arial"/>
          <w:lang w:val="pt-BR"/>
        </w:rPr>
        <w:t>Let’s</w:t>
      </w:r>
      <w:proofErr w:type="spellEnd"/>
      <w:r w:rsidRPr="00F23D8C">
        <w:rPr>
          <w:rFonts w:ascii="Arial" w:hAnsi="Arial" w:cs="Arial"/>
          <w:lang w:val="pt-BR"/>
        </w:rPr>
        <w:t xml:space="preserve"> Do </w:t>
      </w:r>
      <w:proofErr w:type="gramStart"/>
      <w:r w:rsidRPr="00F23D8C">
        <w:rPr>
          <w:rFonts w:ascii="Arial" w:hAnsi="Arial" w:cs="Arial"/>
          <w:lang w:val="pt-BR"/>
        </w:rPr>
        <w:t>It!,</w:t>
      </w:r>
      <w:proofErr w:type="gramEnd"/>
      <w:r w:rsidRPr="00F23D8C">
        <w:rPr>
          <w:rFonts w:ascii="Arial" w:hAnsi="Arial" w:cs="Arial"/>
          <w:lang w:val="pt-BR"/>
        </w:rPr>
        <w:t xml:space="preserve"> pela Secretaria de Estado de Educação do Pará (SEDUC/PA), pela Equatorial Energia Pará, pelo Programa SEMEAR e pelos demais parceiros institucionais diretamente envolvidos no projeto, para fins relacionados ao Concurso de Fotografia, ao Dia Mundial da Limpeza e às ações vinculadas ao projeto.</w:t>
      </w:r>
    </w:p>
    <w:p w14:paraId="27F088E2" w14:textId="4900A7DE" w:rsidR="00F23D8C" w:rsidRPr="00F23D8C" w:rsidRDefault="00F23D8C" w:rsidP="00F23D8C">
      <w:pPr>
        <w:tabs>
          <w:tab w:val="num" w:pos="720"/>
        </w:tabs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A presente autorização permite a utilização da minha imagem em:</w:t>
      </w:r>
      <w:r>
        <w:rPr>
          <w:rFonts w:ascii="Arial" w:hAnsi="Arial" w:cs="Arial"/>
          <w:lang w:val="pt-BR"/>
        </w:rPr>
        <w:t xml:space="preserve"> </w:t>
      </w:r>
      <w:r w:rsidRPr="00F23D8C">
        <w:rPr>
          <w:rFonts w:ascii="Arial" w:hAnsi="Arial" w:cs="Arial"/>
          <w:lang w:val="pt-BR"/>
        </w:rPr>
        <w:t xml:space="preserve">exposições e mostras; websites e redes sociais; materiais impressos; vídeos e materiais audiovisuais; campanhas e peças de comunicação; materiais educativos; apresentações e eventos; publicações de caráter institucional, educativo, cultural, editorial ou jornalístico. </w:t>
      </w:r>
    </w:p>
    <w:p w14:paraId="51BFFD19" w14:textId="77777777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A autorização é concedida sem qualquer ônus ou compensação financeira, não gerando direito a pagamento pela utilização da imagem nos termos desta autorização.</w:t>
      </w:r>
    </w:p>
    <w:p w14:paraId="4D5D8E5C" w14:textId="77777777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Declaro que esta autorização é concedida de forma livre e consciente e que fui informado(a) sobre as finalidades de utilização da minha imagem.</w:t>
      </w:r>
    </w:p>
    <w:p w14:paraId="192B36F1" w14:textId="77777777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pict w14:anchorId="29B5BDC4">
          <v:rect id="_x0000_i1055" style="width:0;height:1.5pt" o:hralign="center" o:hrstd="t" o:hr="t" fillcolor="#a0a0a0" stroked="f"/>
        </w:pict>
      </w:r>
    </w:p>
    <w:p w14:paraId="29E77506" w14:textId="186C497C" w:rsidR="00F23D8C" w:rsidRPr="00F23D8C" w:rsidRDefault="00F23D8C" w:rsidP="00F23D8C">
      <w:pPr>
        <w:rPr>
          <w:rFonts w:ascii="Arial" w:hAnsi="Arial" w:cs="Arial"/>
          <w:b/>
          <w:bCs/>
          <w:lang w:val="pt-BR"/>
        </w:rPr>
      </w:pPr>
      <w:r w:rsidRPr="00F23D8C">
        <w:rPr>
          <w:rFonts w:ascii="Arial" w:hAnsi="Arial" w:cs="Arial"/>
          <w:b/>
          <w:bCs/>
          <w:lang w:val="pt-BR"/>
        </w:rPr>
        <w:t xml:space="preserve">AUTORIZAÇÃO PARA PESSOA MENOR </w:t>
      </w:r>
      <w:r w:rsidR="008A1C5A">
        <w:rPr>
          <w:rFonts w:ascii="Arial" w:hAnsi="Arial" w:cs="Arial"/>
          <w:b/>
          <w:bCs/>
          <w:lang w:val="pt-BR"/>
        </w:rPr>
        <w:t>DE IDADE</w:t>
      </w:r>
    </w:p>
    <w:p w14:paraId="2F8126DF" w14:textId="6CF6A4FE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 xml:space="preserve">Caso a pessoa retratada seja menor de </w:t>
      </w:r>
      <w:r w:rsidR="008A1C5A">
        <w:rPr>
          <w:rFonts w:ascii="Arial" w:hAnsi="Arial" w:cs="Arial"/>
          <w:lang w:val="pt-BR"/>
        </w:rPr>
        <w:t>idade</w:t>
      </w:r>
      <w:r w:rsidRPr="00F23D8C">
        <w:rPr>
          <w:rFonts w:ascii="Arial" w:hAnsi="Arial" w:cs="Arial"/>
          <w:lang w:val="pt-BR"/>
        </w:rPr>
        <w:t>:</w:t>
      </w:r>
    </w:p>
    <w:p w14:paraId="08BCFBA0" w14:textId="10B6553A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Eu, ______________________________________________________________________,</w:t>
      </w:r>
      <w:r w:rsidRPr="00F23D8C">
        <w:rPr>
          <w:rFonts w:ascii="Arial" w:hAnsi="Arial" w:cs="Arial"/>
          <w:lang w:val="pt-BR"/>
        </w:rPr>
        <w:br/>
        <w:t>inscrito(a) no CPF sob o nº ________________________________________________,</w:t>
      </w:r>
    </w:p>
    <w:p w14:paraId="129511EF" w14:textId="366B5F3C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na qualidade de responsável legal pelo(a) menor:</w:t>
      </w:r>
      <w:r w:rsidR="008A1C5A">
        <w:rPr>
          <w:rFonts w:ascii="Arial" w:hAnsi="Arial" w:cs="Arial"/>
          <w:lang w:val="pt-BR"/>
        </w:rPr>
        <w:t xml:space="preserve"> </w:t>
      </w:r>
      <w:r w:rsidRPr="00F23D8C">
        <w:rPr>
          <w:rFonts w:ascii="Arial" w:hAnsi="Arial" w:cs="Arial"/>
          <w:lang w:val="pt-BR"/>
        </w:rPr>
        <w:t>______________________________________________________________________,</w:t>
      </w:r>
    </w:p>
    <w:p w14:paraId="7BDDCAFF" w14:textId="77777777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autorizo o uso de sua imagem nos mesmos termos desta autorização.</w:t>
      </w:r>
    </w:p>
    <w:p w14:paraId="06C19C4A" w14:textId="77777777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lastRenderedPageBreak/>
        <w:t>Declaro que sou responsável legal pelo(a) menor e que estou ciente e de acordo com as condições e finalidades de utilização da imagem descritas neste documento.</w:t>
      </w:r>
    </w:p>
    <w:p w14:paraId="4C957BE7" w14:textId="057223E9" w:rsidR="00F23D8C" w:rsidRPr="00F23D8C" w:rsidRDefault="00F23D8C" w:rsidP="00F23D8C">
      <w:pPr>
        <w:rPr>
          <w:rFonts w:ascii="Arial" w:hAnsi="Arial" w:cs="Arial"/>
          <w:lang w:val="pt-BR"/>
        </w:rPr>
      </w:pPr>
    </w:p>
    <w:p w14:paraId="4A8F0304" w14:textId="030239FF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Nome da pessoa retratada:</w:t>
      </w:r>
      <w:r w:rsidR="008A1C5A">
        <w:rPr>
          <w:rFonts w:ascii="Arial" w:hAnsi="Arial" w:cs="Arial"/>
          <w:lang w:val="pt-BR"/>
        </w:rPr>
        <w:t xml:space="preserve"> ________________________________________________</w:t>
      </w:r>
    </w:p>
    <w:p w14:paraId="4CF7351D" w14:textId="4CC970AC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Nome do responsável legal, quando aplicável:</w:t>
      </w:r>
      <w:r w:rsidR="008A1C5A" w:rsidRPr="008A1C5A">
        <w:rPr>
          <w:rFonts w:ascii="Arial" w:hAnsi="Arial" w:cs="Arial"/>
          <w:lang w:val="pt-BR"/>
        </w:rPr>
        <w:t xml:space="preserve"> </w:t>
      </w:r>
      <w:r w:rsidR="008A1C5A">
        <w:rPr>
          <w:rFonts w:ascii="Arial" w:hAnsi="Arial" w:cs="Arial"/>
          <w:lang w:val="pt-BR"/>
        </w:rPr>
        <w:t>___________________________</w:t>
      </w:r>
      <w:r w:rsidR="008A1C5A">
        <w:rPr>
          <w:rFonts w:ascii="Arial" w:hAnsi="Arial" w:cs="Arial"/>
          <w:lang w:val="pt-BR"/>
        </w:rPr>
        <w:t>______</w:t>
      </w:r>
    </w:p>
    <w:p w14:paraId="42BD6F54" w14:textId="66F44F59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Local: _______________________________</w:t>
      </w:r>
    </w:p>
    <w:p w14:paraId="7864C287" w14:textId="77777777" w:rsidR="00F23D8C" w:rsidRP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Data: ______ / ______ / __________</w:t>
      </w:r>
    </w:p>
    <w:p w14:paraId="4C87AD27" w14:textId="77777777" w:rsidR="00F23D8C" w:rsidRDefault="00F23D8C" w:rsidP="00F23D8C">
      <w:pPr>
        <w:rPr>
          <w:rFonts w:ascii="Arial" w:hAnsi="Arial" w:cs="Arial"/>
          <w:lang w:val="pt-BR"/>
        </w:rPr>
      </w:pPr>
      <w:r w:rsidRPr="00F23D8C">
        <w:rPr>
          <w:rFonts w:ascii="Arial" w:hAnsi="Arial" w:cs="Arial"/>
          <w:lang w:val="pt-BR"/>
        </w:rPr>
        <w:t>Assinatura da pessoa retratada ou do responsável legal:</w:t>
      </w:r>
    </w:p>
    <w:p w14:paraId="2628B5EE" w14:textId="77777777" w:rsidR="008A1C5A" w:rsidRDefault="008A1C5A" w:rsidP="00F23D8C">
      <w:pPr>
        <w:rPr>
          <w:rFonts w:ascii="Arial" w:hAnsi="Arial" w:cs="Arial"/>
          <w:lang w:val="pt-BR"/>
        </w:rPr>
      </w:pPr>
    </w:p>
    <w:p w14:paraId="1FD32034" w14:textId="08D73485" w:rsidR="008A1C5A" w:rsidRDefault="008A1C5A" w:rsidP="00F23D8C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______________________________</w:t>
      </w:r>
    </w:p>
    <w:p w14:paraId="37403259" w14:textId="77777777" w:rsidR="008A1C5A" w:rsidRDefault="008A1C5A" w:rsidP="00F23D8C">
      <w:pPr>
        <w:rPr>
          <w:rFonts w:ascii="Arial" w:hAnsi="Arial" w:cs="Arial"/>
          <w:lang w:val="pt-BR"/>
        </w:rPr>
      </w:pPr>
    </w:p>
    <w:p w14:paraId="699557CD" w14:textId="77777777" w:rsidR="008A1C5A" w:rsidRDefault="008A1C5A" w:rsidP="00F23D8C">
      <w:pPr>
        <w:rPr>
          <w:rFonts w:ascii="Arial" w:hAnsi="Arial" w:cs="Arial"/>
          <w:lang w:val="pt-BR"/>
        </w:rPr>
      </w:pPr>
    </w:p>
    <w:p w14:paraId="05BE3D94" w14:textId="77777777" w:rsidR="008A1C5A" w:rsidRDefault="008A1C5A" w:rsidP="00F23D8C">
      <w:pPr>
        <w:rPr>
          <w:rFonts w:ascii="Arial" w:hAnsi="Arial" w:cs="Arial"/>
          <w:lang w:val="pt-BR"/>
        </w:rPr>
      </w:pPr>
    </w:p>
    <w:p w14:paraId="1C60C044" w14:textId="77777777" w:rsidR="008A1C5A" w:rsidRDefault="008A1C5A" w:rsidP="00F23D8C">
      <w:pPr>
        <w:rPr>
          <w:rFonts w:ascii="Arial" w:hAnsi="Arial" w:cs="Arial"/>
          <w:lang w:val="pt-BR"/>
        </w:rPr>
      </w:pPr>
    </w:p>
    <w:p w14:paraId="52099B4F" w14:textId="77777777" w:rsidR="008A1C5A" w:rsidRDefault="008A1C5A" w:rsidP="00F23D8C">
      <w:pPr>
        <w:rPr>
          <w:rFonts w:ascii="Arial" w:hAnsi="Arial" w:cs="Arial"/>
          <w:lang w:val="pt-BR"/>
        </w:rPr>
      </w:pPr>
    </w:p>
    <w:p w14:paraId="6C9DCA89" w14:textId="77777777" w:rsidR="00206370" w:rsidRPr="00F23D8C" w:rsidRDefault="00206370" w:rsidP="00F23D8C">
      <w:pPr>
        <w:rPr>
          <w:rFonts w:ascii="Arial" w:hAnsi="Arial" w:cs="Arial"/>
          <w:lang w:val="pt-BR"/>
        </w:rPr>
      </w:pPr>
    </w:p>
    <w:p w14:paraId="3B6E91D3" w14:textId="77777777" w:rsidR="00F23D8C" w:rsidRPr="00F23D8C" w:rsidRDefault="00F23D8C" w:rsidP="00F23D8C">
      <w:pPr>
        <w:rPr>
          <w:rFonts w:ascii="Arial" w:hAnsi="Arial" w:cs="Arial"/>
          <w:b/>
          <w:bCs/>
          <w:sz w:val="20"/>
          <w:szCs w:val="20"/>
          <w:lang w:val="pt-BR"/>
        </w:rPr>
      </w:pPr>
      <w:r w:rsidRPr="00F23D8C">
        <w:rPr>
          <w:rFonts w:ascii="Arial" w:hAnsi="Arial" w:cs="Arial"/>
          <w:b/>
          <w:bCs/>
          <w:sz w:val="20"/>
          <w:szCs w:val="20"/>
          <w:lang w:val="pt-BR"/>
        </w:rPr>
        <w:t>IMPORTANTE</w:t>
      </w:r>
    </w:p>
    <w:p w14:paraId="1BDD147C" w14:textId="77777777" w:rsidR="00F23D8C" w:rsidRPr="00F23D8C" w:rsidRDefault="00F23D8C" w:rsidP="00F23D8C">
      <w:pPr>
        <w:rPr>
          <w:rFonts w:ascii="Arial" w:hAnsi="Arial" w:cs="Arial"/>
          <w:sz w:val="20"/>
          <w:szCs w:val="20"/>
          <w:lang w:val="pt-BR"/>
        </w:rPr>
      </w:pPr>
      <w:r w:rsidRPr="00F23D8C">
        <w:rPr>
          <w:rFonts w:ascii="Arial" w:hAnsi="Arial" w:cs="Arial"/>
          <w:sz w:val="20"/>
          <w:szCs w:val="20"/>
          <w:lang w:val="pt-BR"/>
        </w:rPr>
        <w:t>Esta autorização deverá ser preenchida e assinada quando a fotografia apresentar pessoa(s) identificável(</w:t>
      </w:r>
      <w:proofErr w:type="spellStart"/>
      <w:r w:rsidRPr="00F23D8C">
        <w:rPr>
          <w:rFonts w:ascii="Arial" w:hAnsi="Arial" w:cs="Arial"/>
          <w:sz w:val="20"/>
          <w:szCs w:val="20"/>
          <w:lang w:val="pt-BR"/>
        </w:rPr>
        <w:t>is</w:t>
      </w:r>
      <w:proofErr w:type="spellEnd"/>
      <w:r w:rsidRPr="00F23D8C">
        <w:rPr>
          <w:rFonts w:ascii="Arial" w:hAnsi="Arial" w:cs="Arial"/>
          <w:sz w:val="20"/>
          <w:szCs w:val="20"/>
          <w:lang w:val="pt-BR"/>
        </w:rPr>
        <w:t>).</w:t>
      </w:r>
    </w:p>
    <w:p w14:paraId="0B67A1CE" w14:textId="0A2CD9F1" w:rsidR="00F23D8C" w:rsidRPr="00F23D8C" w:rsidRDefault="00F23D8C" w:rsidP="00F23D8C">
      <w:pPr>
        <w:rPr>
          <w:rFonts w:ascii="Arial" w:hAnsi="Arial" w:cs="Arial"/>
          <w:sz w:val="20"/>
          <w:szCs w:val="20"/>
          <w:lang w:val="pt-BR"/>
        </w:rPr>
      </w:pPr>
      <w:r w:rsidRPr="00F23D8C">
        <w:rPr>
          <w:rFonts w:ascii="Arial" w:hAnsi="Arial" w:cs="Arial"/>
          <w:sz w:val="20"/>
          <w:szCs w:val="20"/>
          <w:lang w:val="pt-BR"/>
        </w:rPr>
        <w:t xml:space="preserve">No caso de pessoa menor </w:t>
      </w:r>
      <w:r w:rsidR="008A1C5A" w:rsidRPr="00206370">
        <w:rPr>
          <w:rFonts w:ascii="Arial" w:hAnsi="Arial" w:cs="Arial"/>
          <w:sz w:val="20"/>
          <w:szCs w:val="20"/>
          <w:lang w:val="pt-BR"/>
        </w:rPr>
        <w:t>de idade</w:t>
      </w:r>
      <w:r w:rsidRPr="00F23D8C">
        <w:rPr>
          <w:rFonts w:ascii="Arial" w:hAnsi="Arial" w:cs="Arial"/>
          <w:sz w:val="20"/>
          <w:szCs w:val="20"/>
          <w:lang w:val="pt-BR"/>
        </w:rPr>
        <w:t>, a autorização deverá ser assinada pelo respectivo responsável legal.</w:t>
      </w:r>
    </w:p>
    <w:p w14:paraId="21B71DA0" w14:textId="77777777" w:rsidR="00F23D8C" w:rsidRPr="00F23D8C" w:rsidRDefault="00F23D8C" w:rsidP="00F23D8C">
      <w:pPr>
        <w:rPr>
          <w:rFonts w:ascii="Arial" w:hAnsi="Arial" w:cs="Arial"/>
          <w:sz w:val="20"/>
          <w:szCs w:val="20"/>
          <w:lang w:val="pt-BR"/>
        </w:rPr>
      </w:pPr>
      <w:r w:rsidRPr="00F23D8C">
        <w:rPr>
          <w:rFonts w:ascii="Arial" w:hAnsi="Arial" w:cs="Arial"/>
          <w:sz w:val="20"/>
          <w:szCs w:val="20"/>
          <w:lang w:val="pt-BR"/>
        </w:rPr>
        <w:t>O participante deverá guardar esta autorização e apresentá-la à Comissão Organizadora caso seja solicitada durante o concurso.</w:t>
      </w:r>
    </w:p>
    <w:p w14:paraId="50CADABD" w14:textId="2FDFE382" w:rsidR="005C17A6" w:rsidRPr="00206370" w:rsidRDefault="00F23D8C" w:rsidP="0033280B">
      <w:pPr>
        <w:rPr>
          <w:rFonts w:ascii="Arial" w:hAnsi="Arial" w:cs="Arial"/>
          <w:sz w:val="20"/>
          <w:szCs w:val="20"/>
          <w:lang w:val="pt-BR"/>
        </w:rPr>
      </w:pPr>
      <w:r w:rsidRPr="00F23D8C">
        <w:rPr>
          <w:rFonts w:ascii="Arial" w:hAnsi="Arial" w:cs="Arial"/>
          <w:sz w:val="20"/>
          <w:szCs w:val="20"/>
          <w:lang w:val="pt-BR"/>
        </w:rPr>
        <w:t>Recomendação: leve algumas cópias impressas desta autorização para a ação do Dia Mundial da Limpeza. Assim, caso você fotografe alguém, poderá solicitar a assinatura no próprio dia, evitando a necessidade de localizar a pessoa posteriormente.</w:t>
      </w:r>
    </w:p>
    <w:sectPr w:rsidR="005C17A6" w:rsidRPr="00206370" w:rsidSect="00206370">
      <w:footerReference w:type="default" r:id="rId8"/>
      <w:pgSz w:w="12240" w:h="15840"/>
      <w:pgMar w:top="1440" w:right="1800" w:bottom="1440" w:left="1800" w:header="720" w:footer="18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ACC29" w14:textId="77777777" w:rsidR="00174DFC" w:rsidRDefault="00174DFC" w:rsidP="00206370">
      <w:pPr>
        <w:spacing w:after="0" w:line="240" w:lineRule="auto"/>
      </w:pPr>
      <w:r>
        <w:separator/>
      </w:r>
    </w:p>
  </w:endnote>
  <w:endnote w:type="continuationSeparator" w:id="0">
    <w:p w14:paraId="20EEA71B" w14:textId="77777777" w:rsidR="00174DFC" w:rsidRDefault="00174DFC" w:rsidP="0020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4183" w14:textId="77777777" w:rsidR="00206370" w:rsidRDefault="00206370" w:rsidP="00206370">
    <w:pPr>
      <w:pStyle w:val="Rodap"/>
      <w:ind w:left="-851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61B4C3" wp14:editId="2B608C09">
              <wp:simplePos x="0" y="0"/>
              <wp:positionH relativeFrom="column">
                <wp:posOffset>-280036</wp:posOffset>
              </wp:positionH>
              <wp:positionV relativeFrom="paragraph">
                <wp:posOffset>67310</wp:posOffset>
              </wp:positionV>
              <wp:extent cx="5915025" cy="0"/>
              <wp:effectExtent l="0" t="0" r="0" b="0"/>
              <wp:wrapNone/>
              <wp:docPr id="12" name="Conector re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4554C1" id="Conector reto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05pt,5.3pt" to="443.7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" strokecolor="black [3213]"/>
          </w:pict>
        </mc:Fallback>
      </mc:AlternateContent>
    </w:r>
  </w:p>
  <w:p w14:paraId="532C0FA9" w14:textId="77777777" w:rsidR="00206370" w:rsidRDefault="00206370" w:rsidP="00206370">
    <w:pPr>
      <w:pStyle w:val="Rodap"/>
      <w:ind w:left="-851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E8FE07" wp14:editId="52661454">
          <wp:simplePos x="0" y="0"/>
          <wp:positionH relativeFrom="margin">
            <wp:posOffset>-499110</wp:posOffset>
          </wp:positionH>
          <wp:positionV relativeFrom="paragraph">
            <wp:posOffset>70485</wp:posOffset>
          </wp:positionV>
          <wp:extent cx="6454775" cy="990600"/>
          <wp:effectExtent l="0" t="0" r="0" b="0"/>
          <wp:wrapTight wrapText="bothSides">
            <wp:wrapPolygon edited="0">
              <wp:start x="4462" y="0"/>
              <wp:lineTo x="574" y="2492"/>
              <wp:lineTo x="574" y="5400"/>
              <wp:lineTo x="4271" y="7477"/>
              <wp:lineTo x="510" y="11215"/>
              <wp:lineTo x="510" y="19938"/>
              <wp:lineTo x="16001" y="21185"/>
              <wp:lineTo x="16893" y="21185"/>
              <wp:lineTo x="16893" y="20769"/>
              <wp:lineTo x="21101" y="19108"/>
              <wp:lineTo x="21228" y="16200"/>
              <wp:lineTo x="19507" y="13708"/>
              <wp:lineTo x="5164" y="7477"/>
              <wp:lineTo x="13961" y="6646"/>
              <wp:lineTo x="13961" y="1662"/>
              <wp:lineTo x="5036" y="0"/>
              <wp:lineTo x="4462" y="0"/>
            </wp:wrapPolygon>
          </wp:wrapTight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937" b="14008"/>
                  <a:stretch/>
                </pic:blipFill>
                <pic:spPr bwMode="auto">
                  <a:xfrm>
                    <a:off x="0" y="0"/>
                    <a:ext cx="6454775" cy="990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2147A27" w14:textId="77777777" w:rsidR="00206370" w:rsidRDefault="002063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C445A" w14:textId="77777777" w:rsidR="00174DFC" w:rsidRDefault="00174DFC" w:rsidP="00206370">
      <w:pPr>
        <w:spacing w:after="0" w:line="240" w:lineRule="auto"/>
      </w:pPr>
      <w:r>
        <w:separator/>
      </w:r>
    </w:p>
  </w:footnote>
  <w:footnote w:type="continuationSeparator" w:id="0">
    <w:p w14:paraId="5D7395FE" w14:textId="77777777" w:rsidR="00174DFC" w:rsidRDefault="00174DFC" w:rsidP="002063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337292"/>
    <w:multiLevelType w:val="multilevel"/>
    <w:tmpl w:val="3C84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541413">
    <w:abstractNumId w:val="8"/>
  </w:num>
  <w:num w:numId="2" w16cid:durableId="444160153">
    <w:abstractNumId w:val="6"/>
  </w:num>
  <w:num w:numId="3" w16cid:durableId="1338582158">
    <w:abstractNumId w:val="5"/>
  </w:num>
  <w:num w:numId="4" w16cid:durableId="1130855243">
    <w:abstractNumId w:val="4"/>
  </w:num>
  <w:num w:numId="5" w16cid:durableId="462121928">
    <w:abstractNumId w:val="7"/>
  </w:num>
  <w:num w:numId="6" w16cid:durableId="1065953389">
    <w:abstractNumId w:val="3"/>
  </w:num>
  <w:num w:numId="7" w16cid:durableId="1060983816">
    <w:abstractNumId w:val="2"/>
  </w:num>
  <w:num w:numId="8" w16cid:durableId="838278404">
    <w:abstractNumId w:val="1"/>
  </w:num>
  <w:num w:numId="9" w16cid:durableId="1146816357">
    <w:abstractNumId w:val="0"/>
  </w:num>
  <w:num w:numId="10" w16cid:durableId="14889347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DFC"/>
    <w:rsid w:val="001F43D9"/>
    <w:rsid w:val="00206370"/>
    <w:rsid w:val="0029639D"/>
    <w:rsid w:val="00326F90"/>
    <w:rsid w:val="0033280B"/>
    <w:rsid w:val="005C17A6"/>
    <w:rsid w:val="00884BA7"/>
    <w:rsid w:val="008A1C5A"/>
    <w:rsid w:val="00AA1D8D"/>
    <w:rsid w:val="00AD00F4"/>
    <w:rsid w:val="00B47730"/>
    <w:rsid w:val="00CB0664"/>
    <w:rsid w:val="00F23D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15A79B"/>
  <w14:defaultImageDpi w14:val="300"/>
  <w15:docId w15:val="{68DA1787-1A58-4CDE-BBDA-2CD40EC7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2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406</Words>
  <Characters>2553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Wendy Lima</cp:lastModifiedBy>
  <cp:revision>5</cp:revision>
  <dcterms:created xsi:type="dcterms:W3CDTF">2026-08-17T20:40:00Z</dcterms:created>
  <dcterms:modified xsi:type="dcterms:W3CDTF">2026-08-17T20:44:00Z</dcterms:modified>
  <cp:category/>
</cp:coreProperties>
</file>